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C17" w:rsidRPr="009954DB" w:rsidRDefault="00705D4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До</w:t>
      </w:r>
      <w:proofErr w:type="spellEnd"/>
    </w:p>
    <w:p w:rsidR="008C6C17" w:rsidRPr="009954DB" w:rsidRDefault="00705D45">
      <w:pPr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Директора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 xml:space="preserve"> </w:t>
      </w:r>
      <w:r w:rsidR="009954DB">
        <w:rPr>
          <w:rFonts w:ascii="Times New Roman" w:hAnsi="Times New Roman" w:cs="Times New Roman"/>
          <w:sz w:val="24"/>
          <w:szCs w:val="24"/>
          <w:lang w:val="bg-BG"/>
        </w:rPr>
        <w:t xml:space="preserve">ДГ №8 „Проф. д-р Елка </w:t>
      </w:r>
      <w:proofErr w:type="gramStart"/>
      <w:r w:rsidR="009954DB">
        <w:rPr>
          <w:rFonts w:ascii="Times New Roman" w:hAnsi="Times New Roman" w:cs="Times New Roman"/>
          <w:sz w:val="24"/>
          <w:szCs w:val="24"/>
          <w:lang w:val="bg-BG"/>
        </w:rPr>
        <w:t>Петрова“</w:t>
      </w:r>
      <w:proofErr w:type="gramEnd"/>
    </w:p>
    <w:p w:rsidR="009954DB" w:rsidRDefault="009954DB" w:rsidP="009954DB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ЗАЯВЛЕНИЕ</w:t>
      </w:r>
    </w:p>
    <w:p w:rsidR="009954DB" w:rsidRDefault="009954DB" w:rsidP="009954DB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 ОТПИСВАНЕ НА ДЕТЕ</w:t>
      </w:r>
    </w:p>
    <w:p w:rsidR="008C6C17" w:rsidRPr="009954DB" w:rsidRDefault="00705D45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9954DB">
        <w:rPr>
          <w:rFonts w:ascii="Times New Roman" w:hAnsi="Times New Roman" w:cs="Times New Roman"/>
          <w:sz w:val="24"/>
          <w:szCs w:val="24"/>
        </w:rPr>
        <w:br/>
        <w:t>От: ......................................................................................</w:t>
      </w:r>
      <w:r w:rsidR="009954DB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</w:t>
      </w:r>
    </w:p>
    <w:p w:rsidR="008C6C17" w:rsidRPr="009954DB" w:rsidRDefault="00705D45">
      <w:pPr>
        <w:rPr>
          <w:rFonts w:ascii="Times New Roman" w:hAnsi="Times New Roman" w:cs="Times New Roman"/>
          <w:sz w:val="24"/>
          <w:szCs w:val="24"/>
        </w:rPr>
      </w:pPr>
      <w:r w:rsidRPr="009954D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трите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имена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родителя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настойника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>)</w:t>
      </w:r>
      <w:r w:rsidR="009954DB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и</w:t>
      </w:r>
      <w:r w:rsidRPr="009954D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>: ..........................................</w:t>
      </w:r>
      <w:r w:rsidRPr="009954DB">
        <w:rPr>
          <w:rFonts w:ascii="Times New Roman" w:hAnsi="Times New Roman" w:cs="Times New Roman"/>
          <w:sz w:val="24"/>
          <w:szCs w:val="24"/>
        </w:rPr>
        <w:t>............................................</w:t>
      </w:r>
      <w:r w:rsidR="009954DB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</w:t>
      </w:r>
    </w:p>
    <w:p w:rsidR="008C6C17" w:rsidRPr="009954DB" w:rsidRDefault="00705D45">
      <w:pPr>
        <w:rPr>
          <w:rFonts w:ascii="Times New Roman" w:hAnsi="Times New Roman" w:cs="Times New Roman"/>
          <w:sz w:val="24"/>
          <w:szCs w:val="24"/>
        </w:rPr>
      </w:pPr>
      <w:r w:rsidRPr="009954D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трите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имена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втория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 xml:space="preserve"> родител/настойник)</w:t>
      </w:r>
    </w:p>
    <w:p w:rsidR="008C6C17" w:rsidRPr="009954DB" w:rsidRDefault="00705D4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954DB">
        <w:rPr>
          <w:rFonts w:ascii="Times New Roman" w:hAnsi="Times New Roman" w:cs="Times New Roman"/>
          <w:sz w:val="24"/>
          <w:szCs w:val="24"/>
        </w:rPr>
        <w:t>Родители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настойници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детето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>:</w:t>
      </w:r>
    </w:p>
    <w:p w:rsidR="009954DB" w:rsidRDefault="00705D45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9954D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</w:t>
      </w:r>
      <w:r w:rsidR="009954DB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</w:t>
      </w:r>
    </w:p>
    <w:p w:rsidR="008C6C17" w:rsidRPr="009954DB" w:rsidRDefault="00705D45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9954D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трите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имена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детето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>)</w:t>
      </w:r>
    </w:p>
    <w:p w:rsidR="009954DB" w:rsidRDefault="009954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Дата на раждане:</w:t>
      </w:r>
      <w:r w:rsidR="00705D45" w:rsidRPr="009954DB">
        <w:rPr>
          <w:rFonts w:ascii="Times New Roman" w:hAnsi="Times New Roman" w:cs="Times New Roman"/>
          <w:sz w:val="24"/>
          <w:szCs w:val="24"/>
        </w:rPr>
        <w:t xml:space="preserve"> ......................................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Записано в   </w:t>
      </w:r>
      <w:r w:rsidR="00705D45" w:rsidRPr="009954DB">
        <w:rPr>
          <w:rFonts w:ascii="Times New Roman" w:hAnsi="Times New Roman" w:cs="Times New Roman"/>
          <w:sz w:val="24"/>
          <w:szCs w:val="24"/>
        </w:rPr>
        <w:t>.............</w:t>
      </w:r>
      <w:r>
        <w:rPr>
          <w:rFonts w:ascii="Times New Roman" w:hAnsi="Times New Roman" w:cs="Times New Roman"/>
          <w:sz w:val="24"/>
          <w:szCs w:val="24"/>
        </w:rPr>
        <w:t>.......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група </w:t>
      </w:r>
      <w:r w:rsidR="00705D45" w:rsidRPr="009954DB">
        <w:rPr>
          <w:rFonts w:ascii="Times New Roman" w:hAnsi="Times New Roman" w:cs="Times New Roman"/>
          <w:sz w:val="24"/>
          <w:szCs w:val="24"/>
        </w:rPr>
        <w:br/>
      </w:r>
    </w:p>
    <w:p w:rsidR="008C6C17" w:rsidRPr="009954DB" w:rsidRDefault="00705D45">
      <w:pPr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Моля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считано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 xml:space="preserve"> </w:t>
      </w:r>
      <w:r w:rsidR="009954DB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…………………………………….</w:t>
      </w:r>
      <w:r w:rsidRPr="009954DB">
        <w:rPr>
          <w:rFonts w:ascii="Times New Roman" w:hAnsi="Times New Roman" w:cs="Times New Roman"/>
          <w:sz w:val="24"/>
          <w:szCs w:val="24"/>
        </w:rPr>
        <w:t xml:space="preserve">г., детето ми да бъде отписано от 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поверената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Ви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детска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градина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>.</w:t>
      </w:r>
      <w:r w:rsidRPr="009954DB">
        <w:rPr>
          <w:rFonts w:ascii="Times New Roman" w:hAnsi="Times New Roman" w:cs="Times New Roman"/>
          <w:sz w:val="24"/>
          <w:szCs w:val="24"/>
        </w:rPr>
        <w:br/>
        <w:t>Причина за отписването: ............................................................................................................</w:t>
      </w:r>
      <w:r w:rsidR="009954DB">
        <w:rPr>
          <w:rFonts w:ascii="Times New Roman" w:hAnsi="Times New Roman" w:cs="Times New Roman"/>
          <w:sz w:val="24"/>
          <w:szCs w:val="24"/>
          <w:lang w:val="bg-BG"/>
        </w:rPr>
        <w:t>....................................</w:t>
      </w:r>
    </w:p>
    <w:p w:rsidR="008C6C17" w:rsidRPr="009954DB" w:rsidRDefault="009954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>
        <w:rPr>
          <w:rFonts w:ascii="Times New Roman" w:hAnsi="Times New Roman" w:cs="Times New Roman"/>
          <w:sz w:val="24"/>
          <w:szCs w:val="24"/>
        </w:rPr>
        <w:t>уважение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705D45" w:rsidRPr="009954D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705D45" w:rsidRPr="009954DB">
        <w:rPr>
          <w:rFonts w:ascii="Times New Roman" w:hAnsi="Times New Roman" w:cs="Times New Roman"/>
          <w:sz w:val="24"/>
          <w:szCs w:val="24"/>
        </w:rPr>
        <w:t>Подпис</w:t>
      </w:r>
      <w:proofErr w:type="spellEnd"/>
      <w:r w:rsidR="00705D45" w:rsidRPr="009954DB">
        <w:rPr>
          <w:rFonts w:ascii="Times New Roman" w:hAnsi="Times New Roman" w:cs="Times New Roman"/>
          <w:sz w:val="24"/>
          <w:szCs w:val="24"/>
        </w:rPr>
        <w:t>: ____________________________</w:t>
      </w:r>
    </w:p>
    <w:p w:rsidR="008C6C17" w:rsidRPr="009954DB" w:rsidRDefault="00705D45">
      <w:pPr>
        <w:rPr>
          <w:rFonts w:ascii="Times New Roman" w:hAnsi="Times New Roman" w:cs="Times New Roman"/>
          <w:sz w:val="24"/>
          <w:szCs w:val="24"/>
        </w:rPr>
      </w:pPr>
      <w:r w:rsidRPr="009954DB">
        <w:rPr>
          <w:rFonts w:ascii="Times New Roman" w:hAnsi="Times New Roman" w:cs="Times New Roman"/>
          <w:sz w:val="24"/>
          <w:szCs w:val="24"/>
        </w:rPr>
        <w:t>(родител/настойник)</w:t>
      </w:r>
    </w:p>
    <w:p w:rsidR="008C6C17" w:rsidRPr="009954DB" w:rsidRDefault="00705D45">
      <w:pPr>
        <w:rPr>
          <w:rFonts w:ascii="Times New Roman" w:hAnsi="Times New Roman" w:cs="Times New Roman"/>
          <w:sz w:val="24"/>
          <w:szCs w:val="24"/>
          <w:lang w:val="bg-BG"/>
        </w:rPr>
      </w:pPr>
      <w:bookmarkStart w:id="0" w:name="_GoBack"/>
      <w:bookmarkEnd w:id="0"/>
      <w:r w:rsidRPr="009954D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Подпис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>: _________</w:t>
      </w:r>
      <w:r w:rsidRPr="009954DB">
        <w:rPr>
          <w:rFonts w:ascii="Times New Roman" w:hAnsi="Times New Roman" w:cs="Times New Roman"/>
          <w:sz w:val="24"/>
          <w:szCs w:val="24"/>
        </w:rPr>
        <w:t>___________________</w:t>
      </w:r>
      <w:r w:rsidR="009954DB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</w:t>
      </w:r>
      <w:proofErr w:type="gramStart"/>
      <w:r w:rsidR="009954DB">
        <w:rPr>
          <w:rFonts w:ascii="Times New Roman" w:hAnsi="Times New Roman" w:cs="Times New Roman"/>
          <w:sz w:val="24"/>
          <w:szCs w:val="24"/>
          <w:lang w:val="bg-BG"/>
        </w:rPr>
        <w:t>Дата:…</w:t>
      </w:r>
      <w:proofErr w:type="gramEnd"/>
      <w:r w:rsidR="009954DB">
        <w:rPr>
          <w:rFonts w:ascii="Times New Roman" w:hAnsi="Times New Roman" w:cs="Times New Roman"/>
          <w:sz w:val="24"/>
          <w:szCs w:val="24"/>
          <w:lang w:val="bg-BG"/>
        </w:rPr>
        <w:t>……..</w:t>
      </w:r>
    </w:p>
    <w:p w:rsidR="008C6C17" w:rsidRPr="009954DB" w:rsidRDefault="00705D45">
      <w:pPr>
        <w:rPr>
          <w:rFonts w:ascii="Times New Roman" w:hAnsi="Times New Roman" w:cs="Times New Roman"/>
          <w:sz w:val="24"/>
          <w:szCs w:val="24"/>
        </w:rPr>
      </w:pPr>
      <w:r w:rsidRPr="009954D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родител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настойник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>)</w:t>
      </w:r>
    </w:p>
    <w:sectPr w:rsidR="008C6C17" w:rsidRPr="009954DB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D45" w:rsidRDefault="00705D45" w:rsidP="009954DB">
      <w:pPr>
        <w:spacing w:after="0" w:line="240" w:lineRule="auto"/>
      </w:pPr>
      <w:r>
        <w:separator/>
      </w:r>
    </w:p>
  </w:endnote>
  <w:endnote w:type="continuationSeparator" w:id="0">
    <w:p w:rsidR="00705D45" w:rsidRDefault="00705D45" w:rsidP="00995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D45" w:rsidRDefault="00705D45" w:rsidP="009954DB">
      <w:pPr>
        <w:spacing w:after="0" w:line="240" w:lineRule="auto"/>
      </w:pPr>
      <w:r>
        <w:separator/>
      </w:r>
    </w:p>
  </w:footnote>
  <w:footnote w:type="continuationSeparator" w:id="0">
    <w:p w:rsidR="00705D45" w:rsidRDefault="00705D45" w:rsidP="009954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54DB" w:rsidRDefault="009954DB" w:rsidP="009954DB">
    <w:pPr>
      <w:rPr>
        <w:b/>
      </w:rPr>
    </w:pPr>
    <w:r>
      <w:rPr>
        <w:b/>
      </w:rPr>
      <w:t xml:space="preserve">                                                                              </w:t>
    </w:r>
    <w:r w:rsidRPr="00796783">
      <w:rPr>
        <w:noProof/>
      </w:rPr>
      <w:drawing>
        <wp:inline distT="0" distB="0" distL="0" distR="0" wp14:anchorId="53AE96EB" wp14:editId="6BE0A11E">
          <wp:extent cx="552450" cy="638175"/>
          <wp:effectExtent l="0" t="0" r="0" b="9525"/>
          <wp:docPr id="2" name="Picture 2" descr="20160914 - Tavria - Logo-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20160914 - Tavria - Logo-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</w:rPr>
      <w:t xml:space="preserve">   </w:t>
    </w:r>
  </w:p>
  <w:p w:rsidR="009954DB" w:rsidRPr="00D606F8" w:rsidRDefault="009954DB" w:rsidP="009954DB">
    <w:pPr>
      <w:pBdr>
        <w:bottom w:val="single" w:sz="6" w:space="2" w:color="auto"/>
      </w:pBdr>
      <w:jc w:val="center"/>
      <w:rPr>
        <w:rFonts w:ascii="Times New Roman" w:hAnsi="Times New Roman" w:cs="Times New Roman"/>
        <w:b/>
        <w:caps/>
        <w:sz w:val="20"/>
        <w:szCs w:val="20"/>
      </w:rPr>
    </w:pPr>
    <w:r>
      <w:t xml:space="preserve">          </w:t>
    </w:r>
    <w:r w:rsidRPr="00D606F8">
      <w:rPr>
        <w:rFonts w:ascii="Times New Roman" w:hAnsi="Times New Roman" w:cs="Times New Roman"/>
        <w:b/>
        <w:caps/>
        <w:sz w:val="20"/>
        <w:szCs w:val="20"/>
      </w:rPr>
      <w:t xml:space="preserve">Детска </w:t>
    </w:r>
    <w:proofErr w:type="gramStart"/>
    <w:r w:rsidRPr="00D606F8">
      <w:rPr>
        <w:rFonts w:ascii="Times New Roman" w:hAnsi="Times New Roman" w:cs="Times New Roman"/>
        <w:b/>
        <w:caps/>
        <w:sz w:val="20"/>
        <w:szCs w:val="20"/>
      </w:rPr>
      <w:t xml:space="preserve">градина </w:t>
    </w:r>
    <w:r w:rsidRPr="00D606F8">
      <w:rPr>
        <w:rFonts w:ascii="Times New Roman" w:hAnsi="Times New Roman" w:cs="Times New Roman"/>
        <w:b/>
        <w:caps/>
        <w:sz w:val="20"/>
        <w:szCs w:val="20"/>
        <w:lang w:val="ru-RU"/>
      </w:rPr>
      <w:t xml:space="preserve"> </w:t>
    </w:r>
    <w:r>
      <w:rPr>
        <w:rFonts w:ascii="Times New Roman" w:hAnsi="Times New Roman" w:cs="Times New Roman"/>
        <w:b/>
        <w:caps/>
        <w:sz w:val="20"/>
        <w:szCs w:val="20"/>
      </w:rPr>
      <w:t>№</w:t>
    </w:r>
    <w:proofErr w:type="gramEnd"/>
    <w:r>
      <w:rPr>
        <w:rFonts w:ascii="Times New Roman" w:hAnsi="Times New Roman" w:cs="Times New Roman"/>
        <w:b/>
        <w:caps/>
        <w:sz w:val="20"/>
        <w:szCs w:val="20"/>
      </w:rPr>
      <w:t>8 „проф. д-р Елка Петрова“-РАЙОН КРАСНО СЕЛО</w:t>
    </w:r>
    <w:r w:rsidRPr="00D606F8">
      <w:rPr>
        <w:rFonts w:ascii="Times New Roman" w:hAnsi="Times New Roman" w:cs="Times New Roman"/>
        <w:b/>
        <w:caps/>
        <w:sz w:val="20"/>
        <w:szCs w:val="20"/>
      </w:rPr>
      <w:t>-СОФИЯ,УЛ.</w:t>
    </w:r>
    <w:r>
      <w:rPr>
        <w:rFonts w:ascii="Times New Roman" w:hAnsi="Times New Roman" w:cs="Times New Roman"/>
        <w:b/>
        <w:caps/>
        <w:sz w:val="20"/>
        <w:szCs w:val="20"/>
      </w:rPr>
      <w:t xml:space="preserve"> ”ГЕН.СТЕФАН ТОШЕВ”34,ТЕЛ.</w:t>
    </w:r>
    <w:r>
      <w:rPr>
        <w:rFonts w:ascii="Times New Roman" w:hAnsi="Times New Roman" w:cs="Times New Roman"/>
        <w:b/>
        <w:caps/>
        <w:sz w:val="20"/>
        <w:szCs w:val="20"/>
        <w:lang w:val="ru-RU"/>
      </w:rPr>
      <w:t>: 8592387</w:t>
    </w:r>
    <w:r w:rsidRPr="00D606F8">
      <w:rPr>
        <w:rFonts w:ascii="Times New Roman" w:hAnsi="Times New Roman" w:cs="Times New Roman"/>
        <w:b/>
        <w:caps/>
        <w:sz w:val="20"/>
        <w:szCs w:val="20"/>
      </w:rPr>
      <w:t xml:space="preserve">   </w:t>
    </w:r>
  </w:p>
  <w:p w:rsidR="009954DB" w:rsidRDefault="009954DB" w:rsidP="009954DB">
    <w:pPr>
      <w:rPr>
        <w:rFonts w:ascii="Times New Roman" w:hAnsi="Times New Roman" w:cs="Times New Roman"/>
        <w:b/>
        <w:sz w:val="28"/>
        <w:szCs w:val="28"/>
      </w:rPr>
    </w:pPr>
    <w:r w:rsidRPr="001F5C1A">
      <w:rPr>
        <w:rFonts w:ascii="Times New Roman" w:hAnsi="Times New Roman" w:cs="Times New Roman"/>
        <w:b/>
        <w:sz w:val="28"/>
        <w:szCs w:val="28"/>
      </w:rPr>
      <w:t xml:space="preserve">  </w:t>
    </w:r>
  </w:p>
  <w:p w:rsidR="009954DB" w:rsidRDefault="009954D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05D45"/>
    <w:rsid w:val="008C6C17"/>
    <w:rsid w:val="009954D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F3E3A4"/>
  <w14:defaultImageDpi w14:val="300"/>
  <w15:docId w15:val="{1DA8BAB4-354E-4450-94D4-CD4647A16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E5250AA-E91F-4F65-AB44-8280DA4CD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2209862: ДГ №8 "Проф.д-р Елка Петрова" - София</cp:lastModifiedBy>
  <cp:revision>2</cp:revision>
  <dcterms:created xsi:type="dcterms:W3CDTF">2025-09-01T12:38:00Z</dcterms:created>
  <dcterms:modified xsi:type="dcterms:W3CDTF">2025-09-01T12:38:00Z</dcterms:modified>
  <cp:category/>
</cp:coreProperties>
</file>