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До</w:t>
      </w:r>
      <w:proofErr w:type="spellEnd"/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 xml:space="preserve">ДГ №8 „Проф. д-р Елка </w:t>
      </w:r>
      <w:proofErr w:type="gramStart"/>
      <w:r w:rsidR="009954DB">
        <w:rPr>
          <w:rFonts w:ascii="Times New Roman" w:hAnsi="Times New Roman" w:cs="Times New Roman"/>
          <w:sz w:val="24"/>
          <w:szCs w:val="24"/>
          <w:lang w:val="bg-BG"/>
        </w:rPr>
        <w:t>Петрова“</w:t>
      </w:r>
      <w:proofErr w:type="gramEnd"/>
    </w:p>
    <w:p w:rsidR="009954DB" w:rsidRDefault="009954DB" w:rsidP="009954D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ЗАЯВЛЕНИЕ</w:t>
      </w:r>
    </w:p>
    <w:p w:rsidR="009954DB" w:rsidRDefault="009954DB" w:rsidP="009954D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2A11BE">
        <w:rPr>
          <w:rFonts w:ascii="Times New Roman" w:hAnsi="Times New Roman" w:cs="Times New Roman"/>
          <w:sz w:val="24"/>
          <w:szCs w:val="24"/>
          <w:lang w:val="bg-BG"/>
        </w:rPr>
        <w:t>ОТКАЗ ОТ ЗА</w:t>
      </w:r>
      <w:r>
        <w:rPr>
          <w:rFonts w:ascii="Times New Roman" w:hAnsi="Times New Roman" w:cs="Times New Roman"/>
          <w:sz w:val="24"/>
          <w:szCs w:val="24"/>
          <w:lang w:val="bg-BG"/>
        </w:rPr>
        <w:t>ПИСВАНЕ НА ДЕТЕ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954DB">
        <w:rPr>
          <w:rFonts w:ascii="Times New Roman" w:hAnsi="Times New Roman" w:cs="Times New Roman"/>
          <w:sz w:val="24"/>
          <w:szCs w:val="24"/>
        </w:rPr>
        <w:br/>
        <w:t>От: ......................................................................................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r w:rsidRPr="009954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трите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имена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родителя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настойника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)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и</w:t>
      </w:r>
      <w:r w:rsidRPr="009954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r w:rsidRPr="009954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трите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имена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втория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родител/настойник)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Родители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настойници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:</w:t>
      </w:r>
    </w:p>
    <w:p w:rsid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954D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954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трите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имена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детето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)</w:t>
      </w:r>
    </w:p>
    <w:p w:rsidR="009954DB" w:rsidRDefault="009954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 на раждане:</w:t>
      </w:r>
      <w:r w:rsidR="00705D45" w:rsidRPr="009954DB">
        <w:rPr>
          <w:rFonts w:ascii="Times New Roman" w:hAnsi="Times New Roman" w:cs="Times New Roman"/>
          <w:sz w:val="24"/>
          <w:szCs w:val="24"/>
        </w:rPr>
        <w:t xml:space="preserve"> ......................................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2A11BE" w:rsidRDefault="002A11B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настоящото Заявление, декларираме отказ за записване на детето, съгласно класиране от:………………………………………….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Причина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 xml:space="preserve"> </w:t>
      </w:r>
      <w:r w:rsidR="002A11BE">
        <w:rPr>
          <w:rFonts w:ascii="Times New Roman" w:hAnsi="Times New Roman" w:cs="Times New Roman"/>
          <w:sz w:val="24"/>
          <w:szCs w:val="24"/>
          <w:lang w:val="bg-BG"/>
        </w:rPr>
        <w:t>отказа</w:t>
      </w:r>
      <w:r w:rsidRPr="009954DB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............................................................................................................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>....................................</w:t>
      </w:r>
    </w:p>
    <w:p w:rsidR="008C6C17" w:rsidRPr="009954DB" w:rsidRDefault="009954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>
        <w:rPr>
          <w:rFonts w:ascii="Times New Roman" w:hAnsi="Times New Roman" w:cs="Times New Roman"/>
          <w:sz w:val="24"/>
          <w:szCs w:val="24"/>
        </w:rPr>
        <w:t>уважение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705D45" w:rsidRPr="009954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05D45" w:rsidRPr="009954DB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="00705D45" w:rsidRPr="009954DB">
        <w:rPr>
          <w:rFonts w:ascii="Times New Roman" w:hAnsi="Times New Roman" w:cs="Times New Roman"/>
          <w:sz w:val="24"/>
          <w:szCs w:val="24"/>
        </w:rPr>
        <w:t>: ____________________________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r w:rsidRPr="009954DB">
        <w:rPr>
          <w:rFonts w:ascii="Times New Roman" w:hAnsi="Times New Roman" w:cs="Times New Roman"/>
          <w:sz w:val="24"/>
          <w:szCs w:val="24"/>
        </w:rPr>
        <w:t>(родител/настойник)</w:t>
      </w:r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954D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Подпис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: ____________________________</w:t>
      </w:r>
      <w:r w:rsidR="009954DB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Дата:………</w:t>
      </w:r>
      <w:r w:rsidR="002A11BE">
        <w:rPr>
          <w:rFonts w:ascii="Times New Roman" w:hAnsi="Times New Roman" w:cs="Times New Roman"/>
          <w:sz w:val="24"/>
          <w:szCs w:val="24"/>
          <w:lang w:val="bg-BG"/>
        </w:rPr>
        <w:t>…</w:t>
      </w:r>
      <w:bookmarkStart w:id="0" w:name="_GoBack"/>
      <w:bookmarkEnd w:id="0"/>
    </w:p>
    <w:p w:rsidR="008C6C17" w:rsidRPr="009954DB" w:rsidRDefault="00705D45">
      <w:pPr>
        <w:rPr>
          <w:rFonts w:ascii="Times New Roman" w:hAnsi="Times New Roman" w:cs="Times New Roman"/>
          <w:sz w:val="24"/>
          <w:szCs w:val="24"/>
        </w:rPr>
      </w:pPr>
      <w:r w:rsidRPr="009954D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родител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954DB">
        <w:rPr>
          <w:rFonts w:ascii="Times New Roman" w:hAnsi="Times New Roman" w:cs="Times New Roman"/>
          <w:sz w:val="24"/>
          <w:szCs w:val="24"/>
        </w:rPr>
        <w:t>настойник</w:t>
      </w:r>
      <w:proofErr w:type="spellEnd"/>
      <w:r w:rsidRPr="009954DB">
        <w:rPr>
          <w:rFonts w:ascii="Times New Roman" w:hAnsi="Times New Roman" w:cs="Times New Roman"/>
          <w:sz w:val="24"/>
          <w:szCs w:val="24"/>
        </w:rPr>
        <w:t>)</w:t>
      </w:r>
    </w:p>
    <w:sectPr w:rsidR="008C6C17" w:rsidRPr="009954DB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0D9" w:rsidRDefault="000020D9" w:rsidP="009954DB">
      <w:pPr>
        <w:spacing w:after="0" w:line="240" w:lineRule="auto"/>
      </w:pPr>
      <w:r>
        <w:separator/>
      </w:r>
    </w:p>
  </w:endnote>
  <w:endnote w:type="continuationSeparator" w:id="0">
    <w:p w:rsidR="000020D9" w:rsidRDefault="000020D9" w:rsidP="00995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0D9" w:rsidRDefault="000020D9" w:rsidP="009954DB">
      <w:pPr>
        <w:spacing w:after="0" w:line="240" w:lineRule="auto"/>
      </w:pPr>
      <w:r>
        <w:separator/>
      </w:r>
    </w:p>
  </w:footnote>
  <w:footnote w:type="continuationSeparator" w:id="0">
    <w:p w:rsidR="000020D9" w:rsidRDefault="000020D9" w:rsidP="00995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4DB" w:rsidRDefault="009954DB" w:rsidP="009954DB">
    <w:pPr>
      <w:rPr>
        <w:b/>
      </w:rPr>
    </w:pPr>
    <w:r>
      <w:rPr>
        <w:b/>
      </w:rPr>
      <w:t xml:space="preserve">                                                                              </w:t>
    </w:r>
    <w:r w:rsidRPr="00796783">
      <w:rPr>
        <w:noProof/>
      </w:rPr>
      <w:drawing>
        <wp:inline distT="0" distB="0" distL="0" distR="0" wp14:anchorId="53AE96EB" wp14:editId="6BE0A11E">
          <wp:extent cx="552450" cy="638175"/>
          <wp:effectExtent l="0" t="0" r="0" b="9525"/>
          <wp:docPr id="2" name="Picture 2" descr="20160914 - Tavria - Logo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0160914 - Tavria - Logo-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t xml:space="preserve">   </w:t>
    </w:r>
  </w:p>
  <w:p w:rsidR="009954DB" w:rsidRPr="00D606F8" w:rsidRDefault="009954DB" w:rsidP="009954DB">
    <w:pPr>
      <w:pBdr>
        <w:bottom w:val="single" w:sz="6" w:space="2" w:color="auto"/>
      </w:pBdr>
      <w:jc w:val="center"/>
      <w:rPr>
        <w:rFonts w:ascii="Times New Roman" w:hAnsi="Times New Roman" w:cs="Times New Roman"/>
        <w:b/>
        <w:caps/>
        <w:sz w:val="20"/>
        <w:szCs w:val="20"/>
      </w:rPr>
    </w:pPr>
    <w:r>
      <w:t xml:space="preserve">          </w:t>
    </w:r>
    <w:r w:rsidRPr="00D606F8">
      <w:rPr>
        <w:rFonts w:ascii="Times New Roman" w:hAnsi="Times New Roman" w:cs="Times New Roman"/>
        <w:b/>
        <w:caps/>
        <w:sz w:val="20"/>
        <w:szCs w:val="20"/>
      </w:rPr>
      <w:t xml:space="preserve">Детска </w:t>
    </w:r>
    <w:proofErr w:type="gramStart"/>
    <w:r w:rsidRPr="00D606F8">
      <w:rPr>
        <w:rFonts w:ascii="Times New Roman" w:hAnsi="Times New Roman" w:cs="Times New Roman"/>
        <w:b/>
        <w:caps/>
        <w:sz w:val="20"/>
        <w:szCs w:val="20"/>
      </w:rPr>
      <w:t xml:space="preserve">градина </w:t>
    </w:r>
    <w:r w:rsidRPr="00D606F8">
      <w:rPr>
        <w:rFonts w:ascii="Times New Roman" w:hAnsi="Times New Roman" w:cs="Times New Roman"/>
        <w:b/>
        <w:caps/>
        <w:sz w:val="20"/>
        <w:szCs w:val="20"/>
        <w:lang w:val="ru-RU"/>
      </w:rPr>
      <w:t xml:space="preserve"> </w:t>
    </w:r>
    <w:r>
      <w:rPr>
        <w:rFonts w:ascii="Times New Roman" w:hAnsi="Times New Roman" w:cs="Times New Roman"/>
        <w:b/>
        <w:caps/>
        <w:sz w:val="20"/>
        <w:szCs w:val="20"/>
      </w:rPr>
      <w:t>№</w:t>
    </w:r>
    <w:proofErr w:type="gramEnd"/>
    <w:r>
      <w:rPr>
        <w:rFonts w:ascii="Times New Roman" w:hAnsi="Times New Roman" w:cs="Times New Roman"/>
        <w:b/>
        <w:caps/>
        <w:sz w:val="20"/>
        <w:szCs w:val="20"/>
      </w:rPr>
      <w:t>8 „проф. д-р Елка Петрова“-РАЙОН КРАСНО СЕЛО</w:t>
    </w:r>
    <w:r w:rsidRPr="00D606F8">
      <w:rPr>
        <w:rFonts w:ascii="Times New Roman" w:hAnsi="Times New Roman" w:cs="Times New Roman"/>
        <w:b/>
        <w:caps/>
        <w:sz w:val="20"/>
        <w:szCs w:val="20"/>
      </w:rPr>
      <w:t>-СОФИЯ,УЛ.</w:t>
    </w:r>
    <w:r>
      <w:rPr>
        <w:rFonts w:ascii="Times New Roman" w:hAnsi="Times New Roman" w:cs="Times New Roman"/>
        <w:b/>
        <w:caps/>
        <w:sz w:val="20"/>
        <w:szCs w:val="20"/>
      </w:rPr>
      <w:t xml:space="preserve"> ”ГЕН.СТЕФАН ТОШЕВ”34,ТЕЛ.</w:t>
    </w:r>
    <w:r>
      <w:rPr>
        <w:rFonts w:ascii="Times New Roman" w:hAnsi="Times New Roman" w:cs="Times New Roman"/>
        <w:b/>
        <w:caps/>
        <w:sz w:val="20"/>
        <w:szCs w:val="20"/>
        <w:lang w:val="ru-RU"/>
      </w:rPr>
      <w:t>: 8592387</w:t>
    </w:r>
    <w:r w:rsidRPr="00D606F8">
      <w:rPr>
        <w:rFonts w:ascii="Times New Roman" w:hAnsi="Times New Roman" w:cs="Times New Roman"/>
        <w:b/>
        <w:caps/>
        <w:sz w:val="20"/>
        <w:szCs w:val="20"/>
      </w:rPr>
      <w:t xml:space="preserve">   </w:t>
    </w:r>
  </w:p>
  <w:p w:rsidR="009954DB" w:rsidRDefault="009954DB" w:rsidP="009954DB">
    <w:pPr>
      <w:rPr>
        <w:rFonts w:ascii="Times New Roman" w:hAnsi="Times New Roman" w:cs="Times New Roman"/>
        <w:b/>
        <w:sz w:val="28"/>
        <w:szCs w:val="28"/>
      </w:rPr>
    </w:pPr>
    <w:r w:rsidRPr="001F5C1A">
      <w:rPr>
        <w:rFonts w:ascii="Times New Roman" w:hAnsi="Times New Roman" w:cs="Times New Roman"/>
        <w:b/>
        <w:sz w:val="28"/>
        <w:szCs w:val="28"/>
      </w:rPr>
      <w:t xml:space="preserve">  </w:t>
    </w:r>
  </w:p>
  <w:p w:rsidR="009954DB" w:rsidRDefault="009954D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20D9"/>
    <w:rsid w:val="00034616"/>
    <w:rsid w:val="0006063C"/>
    <w:rsid w:val="0015074B"/>
    <w:rsid w:val="0029639D"/>
    <w:rsid w:val="002A11BE"/>
    <w:rsid w:val="00326F90"/>
    <w:rsid w:val="00705D45"/>
    <w:rsid w:val="008C6C17"/>
    <w:rsid w:val="009954D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16DBEE"/>
  <w14:defaultImageDpi w14:val="300"/>
  <w15:docId w15:val="{1DA8BAB4-354E-4450-94D4-CD4647A1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2A11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2A1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F6C639-FB12-43E9-9419-8F4796298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2209862: ДГ №8 "Проф.д-р Елка Петрова" - София</cp:lastModifiedBy>
  <cp:revision>2</cp:revision>
  <cp:lastPrinted>2025-09-01T12:44:00Z</cp:lastPrinted>
  <dcterms:created xsi:type="dcterms:W3CDTF">2025-09-01T12:46:00Z</dcterms:created>
  <dcterms:modified xsi:type="dcterms:W3CDTF">2025-09-01T12:46:00Z</dcterms:modified>
  <cp:category/>
</cp:coreProperties>
</file>